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Замечания к документу</w:t>
      </w:r>
    </w:p>
    <w:p>
      <w:r>
        <w:t>ПК 6 ТК 144. Пришлите заполненную форму на pk6@tk144.ru или через форму «Прислать замечание» на сайте pk6.tk144.ru.</w:t>
      </w:r>
    </w:p>
    <w:p>
      <w:r>
        <w:t>Документ (обозначение и название): ______________________________</w:t>
      </w:r>
    </w:p>
    <w:p>
      <w:r>
        <w:t>Организация: ______________________________</w:t>
      </w:r>
    </w:p>
    <w:p>
      <w:r>
        <w:t>Имя: ______________________________</w:t>
      </w:r>
    </w:p>
    <w:p>
      <w:r>
        <w:t>E-mail: ______________________________</w:t>
      </w:r>
    </w:p>
    <w:p>
      <w:r>
        <w:t>Телефон: 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№</w:t>
            </w:r>
          </w:p>
        </w:tc>
        <w:tc>
          <w:tcPr>
            <w:tcW w:type="dxa" w:w="2160"/>
          </w:tcPr>
          <w:p>
            <w:r>
              <w:t>Пункт</w:t>
            </w:r>
          </w:p>
        </w:tc>
        <w:tc>
          <w:tcPr>
            <w:tcW w:type="dxa" w:w="2160"/>
          </w:tcPr>
          <w:p>
            <w:r>
              <w:t>Замечание</w:t>
            </w:r>
          </w:p>
        </w:tc>
        <w:tc>
          <w:tcPr>
            <w:tcW w:type="dxa" w:w="2160"/>
          </w:tcPr>
          <w:p>
            <w:r>
              <w:t>Как предлагаете изменить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r>
        <w:t>Обоснование: 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